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346A6" w14:textId="77777777" w:rsidR="006C6E8C" w:rsidRDefault="006C6E8C" w:rsidP="006C6E8C">
      <w:pPr>
        <w:spacing w:after="0" w:line="240" w:lineRule="auto"/>
        <w:ind w:left="-567"/>
        <w:rPr>
          <w:rFonts w:cs="Arial"/>
          <w:sz w:val="18"/>
        </w:rPr>
      </w:pPr>
    </w:p>
    <w:p w14:paraId="108A2B98" w14:textId="77777777" w:rsidR="006C6E8C" w:rsidRDefault="006C6E8C" w:rsidP="006C6E8C">
      <w:pPr>
        <w:spacing w:after="0" w:line="240" w:lineRule="auto"/>
        <w:ind w:left="-567"/>
        <w:rPr>
          <w:rFonts w:cs="Arial"/>
          <w:sz w:val="18"/>
        </w:rPr>
      </w:pPr>
    </w:p>
    <w:p w14:paraId="611FCCF0" w14:textId="6F39F105" w:rsidR="006C6E8C" w:rsidRDefault="006C6E8C" w:rsidP="006C6E8C">
      <w:pPr>
        <w:spacing w:after="0" w:line="240" w:lineRule="auto"/>
        <w:ind w:left="-567" w:right="-567"/>
        <w:jc w:val="right"/>
        <w:rPr>
          <w:rFonts w:cs="Arial"/>
          <w:sz w:val="18"/>
        </w:rPr>
      </w:pP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  <w:t>Radom, ……………………………………</w:t>
      </w:r>
    </w:p>
    <w:p w14:paraId="7FD4E9FA" w14:textId="0D795291" w:rsidR="006C6E8C" w:rsidRDefault="006C6E8C" w:rsidP="006C6E8C">
      <w:pPr>
        <w:spacing w:after="0" w:line="240" w:lineRule="auto"/>
        <w:ind w:left="7088"/>
        <w:rPr>
          <w:rFonts w:cs="Arial"/>
          <w:sz w:val="18"/>
        </w:rPr>
      </w:pPr>
      <w:r>
        <w:rPr>
          <w:rFonts w:cs="Arial"/>
          <w:sz w:val="18"/>
        </w:rPr>
        <w:t xml:space="preserve"> (</w:t>
      </w:r>
      <w:r w:rsidRPr="006C6E8C">
        <w:rPr>
          <w:rFonts w:cs="Arial"/>
          <w:sz w:val="16"/>
        </w:rPr>
        <w:t>data</w:t>
      </w:r>
      <w:r>
        <w:rPr>
          <w:rFonts w:cs="Arial"/>
          <w:sz w:val="16"/>
        </w:rPr>
        <w:t>)</w:t>
      </w:r>
    </w:p>
    <w:p w14:paraId="57D47AD6" w14:textId="77777777" w:rsidR="006C6E8C" w:rsidRDefault="006C6E8C" w:rsidP="006C6E8C">
      <w:pPr>
        <w:spacing w:after="0" w:line="240" w:lineRule="auto"/>
        <w:ind w:left="-567"/>
        <w:rPr>
          <w:rFonts w:cs="Arial"/>
          <w:sz w:val="18"/>
        </w:rPr>
      </w:pPr>
      <w:r w:rsidRPr="006C6E8C">
        <w:rPr>
          <w:rFonts w:cs="Arial"/>
          <w:sz w:val="18"/>
        </w:rPr>
        <w:t>………………………………………………………</w:t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</w:p>
    <w:p w14:paraId="6C87AE2B" w14:textId="5962178D" w:rsidR="006C6E8C" w:rsidRPr="006C6E8C" w:rsidRDefault="006C6E8C" w:rsidP="006C6E8C">
      <w:pPr>
        <w:spacing w:after="60"/>
        <w:ind w:left="-567"/>
        <w:rPr>
          <w:rFonts w:cs="Arial"/>
          <w:sz w:val="16"/>
        </w:rPr>
      </w:pPr>
      <w:r w:rsidRPr="006C6E8C">
        <w:rPr>
          <w:rFonts w:cs="Arial"/>
          <w:sz w:val="16"/>
        </w:rPr>
        <w:t>pieczątka placówki</w:t>
      </w:r>
    </w:p>
    <w:p w14:paraId="7CDA88AB" w14:textId="56AF50CB" w:rsidR="002577FA" w:rsidRPr="001812A0" w:rsidRDefault="00F900D4" w:rsidP="006C6E8C">
      <w:pPr>
        <w:spacing w:after="60" w:line="240" w:lineRule="auto"/>
        <w:jc w:val="center"/>
        <w:rPr>
          <w:rFonts w:cs="Arial"/>
        </w:rPr>
      </w:pPr>
      <w:r w:rsidRPr="001812A0">
        <w:rPr>
          <w:rFonts w:cs="Arial"/>
          <w:b/>
          <w:sz w:val="30"/>
        </w:rPr>
        <w:t>OPINIA O FUNKCJONOWANIU DZIECKA / UCZNIA</w:t>
      </w:r>
    </w:p>
    <w:p w14:paraId="66B9F597" w14:textId="77777777" w:rsidR="002577FA" w:rsidRPr="001812A0" w:rsidRDefault="00F900D4">
      <w:pPr>
        <w:spacing w:after="120"/>
        <w:jc w:val="center"/>
        <w:rPr>
          <w:rFonts w:cs="Arial"/>
        </w:rPr>
      </w:pPr>
      <w:r w:rsidRPr="001812A0">
        <w:rPr>
          <w:rFonts w:cs="Arial"/>
          <w:b/>
          <w:sz w:val="21"/>
        </w:rPr>
        <w:t>na potrzeby zespołu orzekającego poradni psychologiczno-pedagogicznej</w:t>
      </w:r>
    </w:p>
    <w:p w14:paraId="070F8A3C" w14:textId="761B6A52" w:rsidR="002577FA" w:rsidRPr="001812A0" w:rsidRDefault="00F900D4" w:rsidP="00B45784">
      <w:pPr>
        <w:pStyle w:val="Instrukcja"/>
        <w:ind w:left="-426"/>
        <w:jc w:val="center"/>
        <w:rPr>
          <w:rFonts w:cs="Arial"/>
          <w:lang w:val="pl-PL"/>
        </w:rPr>
      </w:pPr>
      <w:r w:rsidRPr="001812A0">
        <w:rPr>
          <w:rFonts w:cs="Arial"/>
          <w:lang w:val="pl-PL"/>
        </w:rPr>
        <w:t>Wzór pomocniczy opracowany na podstawie § 7 rozporządzenia Ministra Edukacji z dnia 2 marca 2026 r. w sprawie orzeczeń i opinii wydawanych przez zespoły orzekające działające w publicznych poradniach psychologiczno-pedagogicznych (Dz.U. 2026 poz. 428).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803"/>
      </w:tblGrid>
      <w:tr w:rsidR="002577FA" w:rsidRPr="001812A0" w14:paraId="5556AACB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2FE7A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Imię i nazwisko dziecka / ucznia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CB8A9" w14:textId="77777777" w:rsidR="002577FA" w:rsidRDefault="002577FA">
            <w:pPr>
              <w:rPr>
                <w:rFonts w:cs="Arial"/>
              </w:rPr>
            </w:pPr>
          </w:p>
          <w:p w14:paraId="56494E88" w14:textId="77777777" w:rsidR="00505AB6" w:rsidRPr="001812A0" w:rsidRDefault="00505AB6">
            <w:pPr>
              <w:rPr>
                <w:rFonts w:cs="Arial"/>
              </w:rPr>
            </w:pPr>
          </w:p>
        </w:tc>
      </w:tr>
      <w:tr w:rsidR="002577FA" w:rsidRPr="001812A0" w14:paraId="31EB1F20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3237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Przedszkole / szkoła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E0B42" w14:textId="77777777" w:rsidR="002577FA" w:rsidRDefault="002577FA">
            <w:pPr>
              <w:rPr>
                <w:rFonts w:cs="Arial"/>
              </w:rPr>
            </w:pPr>
          </w:p>
          <w:p w14:paraId="3CD4270E" w14:textId="77777777" w:rsidR="00505AB6" w:rsidRPr="001812A0" w:rsidRDefault="00505AB6">
            <w:pPr>
              <w:rPr>
                <w:rFonts w:cs="Arial"/>
              </w:rPr>
            </w:pPr>
          </w:p>
        </w:tc>
      </w:tr>
      <w:tr w:rsidR="002577FA" w:rsidRPr="001812A0" w14:paraId="7A41FC78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15DCB4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Grupa / klasa / oddział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C51186" w14:textId="77777777" w:rsidR="002577FA" w:rsidRDefault="002577FA">
            <w:pPr>
              <w:rPr>
                <w:rFonts w:cs="Arial"/>
              </w:rPr>
            </w:pPr>
          </w:p>
          <w:p w14:paraId="75C0A334" w14:textId="77777777" w:rsidR="00505AB6" w:rsidRPr="001812A0" w:rsidRDefault="00505AB6">
            <w:pPr>
              <w:rPr>
                <w:rFonts w:cs="Arial"/>
              </w:rPr>
            </w:pPr>
          </w:p>
        </w:tc>
      </w:tr>
      <w:tr w:rsidR="006C6E8C" w:rsidRPr="001812A0" w14:paraId="2D8966BC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7F8E17" w14:textId="77777777" w:rsidR="006C6E8C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Opinia sporządzona na wniosek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7AE3FE" w14:textId="77777777" w:rsidR="006C6E8C" w:rsidRPr="001812A0" w:rsidRDefault="006C6E8C">
            <w:pPr>
              <w:rPr>
                <w:rFonts w:cs="Arial"/>
              </w:rPr>
            </w:pPr>
            <w:r w:rsidRPr="001812A0">
              <w:rPr>
                <w:rFonts w:ascii="Segoe UI Symbol" w:hAnsi="Segoe UI Symbol" w:cs="Segoe UI Symbol"/>
                <w:sz w:val="17"/>
              </w:rPr>
              <w:t>☐</w:t>
            </w:r>
            <w:r w:rsidRPr="001812A0">
              <w:rPr>
                <w:rFonts w:cs="Arial"/>
                <w:sz w:val="17"/>
              </w:rPr>
              <w:t xml:space="preserve"> przewodniczącego zespołu orzekającego    </w:t>
            </w:r>
            <w:r w:rsidRPr="001812A0">
              <w:rPr>
                <w:rFonts w:ascii="Segoe UI Symbol" w:hAnsi="Segoe UI Symbol" w:cs="Segoe UI Symbol"/>
                <w:sz w:val="17"/>
              </w:rPr>
              <w:t>☐</w:t>
            </w:r>
            <w:r w:rsidRPr="001812A0">
              <w:rPr>
                <w:rFonts w:cs="Arial"/>
                <w:sz w:val="17"/>
              </w:rPr>
              <w:t xml:space="preserve"> rodzica / pełnoletniego ucznia</w:t>
            </w:r>
          </w:p>
        </w:tc>
      </w:tr>
    </w:tbl>
    <w:p w14:paraId="68BCB1E0" w14:textId="77777777" w:rsidR="00F900D4" w:rsidRPr="001812A0" w:rsidRDefault="00F900D4" w:rsidP="00F900D4">
      <w:pPr>
        <w:pStyle w:val="Instrukcja"/>
        <w:spacing w:before="60" w:after="80"/>
        <w:jc w:val="center"/>
        <w:rPr>
          <w:rFonts w:cs="Arial"/>
          <w:lang w:val="pl-PL"/>
        </w:rPr>
      </w:pPr>
    </w:p>
    <w:p w14:paraId="598EFE23" w14:textId="027255A7" w:rsidR="00F900D4" w:rsidRPr="001812A0" w:rsidRDefault="00F900D4" w:rsidP="006C6E8C">
      <w:pPr>
        <w:pStyle w:val="Instrukcja"/>
        <w:spacing w:before="60" w:after="80"/>
        <w:ind w:left="-567" w:right="-567"/>
        <w:rPr>
          <w:rFonts w:cs="Arial"/>
          <w:lang w:val="pl-PL"/>
        </w:rPr>
      </w:pPr>
      <w:r w:rsidRPr="001812A0">
        <w:rPr>
          <w:rFonts w:cs="Arial"/>
          <w:lang w:val="pl-PL"/>
        </w:rPr>
        <w:t>Opinia powinna uwzględniać wyniki obserwacji funkcjonowania dziecka</w:t>
      </w:r>
      <w:r w:rsidR="001812A0">
        <w:rPr>
          <w:rFonts w:cs="Arial"/>
          <w:lang w:val="pl-PL"/>
        </w:rPr>
        <w:t xml:space="preserve"> </w:t>
      </w:r>
      <w:r w:rsidRPr="001812A0">
        <w:rPr>
          <w:rFonts w:cs="Arial"/>
          <w:lang w:val="pl-PL"/>
        </w:rPr>
        <w:t>/</w:t>
      </w:r>
      <w:r w:rsidR="001812A0">
        <w:rPr>
          <w:rFonts w:cs="Arial"/>
          <w:lang w:val="pl-PL"/>
        </w:rPr>
        <w:t xml:space="preserve"> </w:t>
      </w:r>
      <w:r w:rsidRPr="001812A0">
        <w:rPr>
          <w:rFonts w:cs="Arial"/>
          <w:lang w:val="pl-PL"/>
        </w:rPr>
        <w:t>ucznia oraz działań diagnostyc</w:t>
      </w:r>
      <w:r w:rsidR="006C6E8C">
        <w:rPr>
          <w:rFonts w:cs="Arial"/>
          <w:lang w:val="pl-PL"/>
        </w:rPr>
        <w:t>znych prowadzonych w </w:t>
      </w:r>
      <w:r w:rsidR="001812A0">
        <w:rPr>
          <w:rFonts w:cs="Arial"/>
          <w:lang w:val="pl-PL"/>
        </w:rPr>
        <w:t>placówce. Należy w</w:t>
      </w:r>
      <w:r w:rsidRPr="001812A0">
        <w:rPr>
          <w:rFonts w:cs="Arial"/>
          <w:lang w:val="pl-PL"/>
        </w:rPr>
        <w:t>ypełnić obszary adekwatne do wieku i rodzaju placówki.</w:t>
      </w:r>
    </w:p>
    <w:p w14:paraId="57A83B71" w14:textId="72B98B41" w:rsidR="002577FA" w:rsidRPr="001812A0" w:rsidRDefault="00F900D4" w:rsidP="00B45784">
      <w:pPr>
        <w:keepNext/>
        <w:spacing w:before="6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1. FUNKCJONOWANIE DZIECKA / UCZNIA</w:t>
      </w:r>
    </w:p>
    <w:p w14:paraId="6DD72BD5" w14:textId="3C41FCA5" w:rsidR="00EA73E0" w:rsidRPr="001812A0" w:rsidRDefault="00F900D4" w:rsidP="00B45784">
      <w:pPr>
        <w:pStyle w:val="Instrukcja"/>
        <w:keepNext/>
        <w:spacing w:after="60"/>
        <w:ind w:left="-567" w:right="-567"/>
        <w:jc w:val="both"/>
        <w:rPr>
          <w:rFonts w:cs="Arial"/>
          <w:lang w:val="pl-PL"/>
        </w:rPr>
      </w:pPr>
      <w:r w:rsidRPr="001812A0">
        <w:rPr>
          <w:rFonts w:cs="Arial"/>
          <w:lang w:val="pl-PL"/>
        </w:rPr>
        <w:t xml:space="preserve">Najpierw </w:t>
      </w:r>
      <w:r w:rsidR="001812A0">
        <w:rPr>
          <w:rFonts w:cs="Arial"/>
          <w:lang w:val="pl-PL"/>
        </w:rPr>
        <w:t>należy wskazać</w:t>
      </w:r>
      <w:r w:rsidRPr="001812A0">
        <w:rPr>
          <w:rFonts w:cs="Arial"/>
          <w:lang w:val="pl-PL"/>
        </w:rPr>
        <w:t xml:space="preserve"> rozpoznane trudności oraz mocne strony i uzdolnienia dziecka / ucznia, a następnie </w:t>
      </w:r>
      <w:r w:rsidR="001812A0">
        <w:rPr>
          <w:rFonts w:cs="Arial"/>
          <w:lang w:val="pl-PL"/>
        </w:rPr>
        <w:t>opisać funkcjonowanie w </w:t>
      </w:r>
      <w:r w:rsidRPr="001812A0">
        <w:rPr>
          <w:rFonts w:cs="Arial"/>
          <w:lang w:val="pl-PL"/>
        </w:rPr>
        <w:t>poniższych obszarach, z uwzględnieniem istotnych barier i ułatwień w środowisku.</w:t>
      </w:r>
    </w:p>
    <w:tbl>
      <w:tblPr>
        <w:tblStyle w:val="Tabela-Siatka"/>
        <w:tblW w:w="10083" w:type="dxa"/>
        <w:jc w:val="center"/>
        <w:tblLayout w:type="fixed"/>
        <w:tblLook w:val="04A0" w:firstRow="1" w:lastRow="0" w:firstColumn="1" w:lastColumn="0" w:noHBand="0" w:noVBand="1"/>
      </w:tblPr>
      <w:tblGrid>
        <w:gridCol w:w="2411"/>
        <w:gridCol w:w="1346"/>
        <w:gridCol w:w="6326"/>
      </w:tblGrid>
      <w:tr w:rsidR="002577FA" w:rsidRPr="001812A0" w14:paraId="5C501F7A" w14:textId="77777777" w:rsidTr="00BF3436">
        <w:trPr>
          <w:jc w:val="center"/>
        </w:trPr>
        <w:tc>
          <w:tcPr>
            <w:tcW w:w="3757" w:type="dxa"/>
            <w:gridSpan w:val="2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E5B0C" w14:textId="1A4BB633" w:rsidR="002577FA" w:rsidRPr="00BF3436" w:rsidRDefault="00F900D4" w:rsidP="00B45784">
            <w:pPr>
              <w:keepNext/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Trudności dziecka / ucznia rozpoznane przez nauczycieli, wychowawców grup wychowawczych lub</w:t>
            </w:r>
            <w:r w:rsidR="001812A0" w:rsidRPr="00BF3436">
              <w:rPr>
                <w:rFonts w:cs="Arial"/>
                <w:b/>
                <w:sz w:val="18"/>
              </w:rPr>
              <w:t> </w:t>
            </w:r>
            <w:r w:rsidRPr="00BF3436">
              <w:rPr>
                <w:rFonts w:cs="Arial"/>
                <w:b/>
                <w:sz w:val="18"/>
              </w:rPr>
              <w:t>specjalistów</w:t>
            </w:r>
          </w:p>
        </w:tc>
        <w:tc>
          <w:tcPr>
            <w:tcW w:w="63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87C2FB" w14:textId="40D0B1BC" w:rsidR="002577FA" w:rsidRPr="00BF3436" w:rsidRDefault="00F900D4" w:rsidP="00B45784">
            <w:pPr>
              <w:keepNext/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Mocne strony i uzdolnienia dz</w:t>
            </w:r>
            <w:r w:rsidR="00BF3436">
              <w:rPr>
                <w:rFonts w:cs="Arial"/>
                <w:b/>
                <w:sz w:val="18"/>
              </w:rPr>
              <w:t>iecka / ucznia rozpoznane przez </w:t>
            </w:r>
            <w:r w:rsidRPr="00BF3436">
              <w:rPr>
                <w:rFonts w:cs="Arial"/>
                <w:b/>
                <w:sz w:val="18"/>
              </w:rPr>
              <w:t>nauczycieli, wyc</w:t>
            </w:r>
            <w:r w:rsidR="00BF3436">
              <w:rPr>
                <w:rFonts w:cs="Arial"/>
                <w:b/>
                <w:sz w:val="18"/>
              </w:rPr>
              <w:t>howawców grup wychowawczych lub </w:t>
            </w:r>
            <w:r w:rsidRPr="00BF3436">
              <w:rPr>
                <w:rFonts w:cs="Arial"/>
                <w:b/>
                <w:sz w:val="18"/>
              </w:rPr>
              <w:t>specjalistów</w:t>
            </w:r>
          </w:p>
        </w:tc>
      </w:tr>
      <w:tr w:rsidR="002577FA" w:rsidRPr="001812A0" w14:paraId="73144852" w14:textId="77777777" w:rsidTr="00BF3436">
        <w:trPr>
          <w:trHeight w:val="2268"/>
          <w:jc w:val="center"/>
        </w:trPr>
        <w:tc>
          <w:tcPr>
            <w:tcW w:w="3757" w:type="dxa"/>
            <w:gridSpan w:val="2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D474C0" w14:textId="77777777" w:rsidR="00EA73E0" w:rsidRPr="00BF3436" w:rsidRDefault="00EA73E0" w:rsidP="00BF3436">
            <w:pPr>
              <w:rPr>
                <w:rFonts w:cs="Arial"/>
                <w:sz w:val="18"/>
              </w:rPr>
            </w:pPr>
          </w:p>
        </w:tc>
        <w:tc>
          <w:tcPr>
            <w:tcW w:w="63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8F8CAA" w14:textId="231A2780" w:rsidR="00505AB6" w:rsidRPr="00BF3436" w:rsidRDefault="00505AB6">
            <w:pPr>
              <w:rPr>
                <w:rFonts w:cs="Arial"/>
                <w:sz w:val="18"/>
              </w:rPr>
            </w:pPr>
          </w:p>
        </w:tc>
      </w:tr>
      <w:tr w:rsidR="002577FA" w:rsidRPr="001812A0" w14:paraId="55EE393F" w14:textId="77777777" w:rsidTr="00BF3436">
        <w:trPr>
          <w:jc w:val="center"/>
        </w:trPr>
        <w:tc>
          <w:tcPr>
            <w:tcW w:w="2411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276793" w14:textId="77777777" w:rsidR="002577FA" w:rsidRPr="00BF3436" w:rsidRDefault="00F900D4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Obszar</w:t>
            </w:r>
          </w:p>
        </w:tc>
        <w:tc>
          <w:tcPr>
            <w:tcW w:w="134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D60EC" w14:textId="77777777" w:rsidR="002577FA" w:rsidRPr="00BF3436" w:rsidRDefault="00F900D4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Dotyczy</w:t>
            </w:r>
          </w:p>
        </w:tc>
        <w:tc>
          <w:tcPr>
            <w:tcW w:w="63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3C1495" w14:textId="7F86C122" w:rsidR="002577FA" w:rsidRPr="00BF3436" w:rsidRDefault="00EA73E0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O</w:t>
            </w:r>
            <w:r w:rsidR="00F900D4" w:rsidRPr="00BF3436">
              <w:rPr>
                <w:rFonts w:cs="Arial"/>
                <w:b/>
                <w:sz w:val="18"/>
              </w:rPr>
              <w:t>pis funkcjonowania</w:t>
            </w:r>
          </w:p>
        </w:tc>
      </w:tr>
      <w:tr w:rsidR="002577FA" w:rsidRPr="001812A0" w14:paraId="57AE4445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70AAB" w14:textId="4B84605C" w:rsidR="002577FA" w:rsidRPr="00BF3436" w:rsidRDefault="00BF3436" w:rsidP="00BF3436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Uczenie się i </w:t>
            </w:r>
            <w:r w:rsidR="00F900D4" w:rsidRPr="00BF3436">
              <w:rPr>
                <w:rFonts w:cs="Arial"/>
                <w:sz w:val="18"/>
              </w:rPr>
              <w:t>wykorzystywanie wiedzy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01185E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przedszkole / 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08440" w14:textId="2A959DBC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5F909BDA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DEDAC" w14:textId="29BD0058" w:rsidR="002577FA" w:rsidRPr="00BF3436" w:rsidRDefault="001812A0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Zachowania społeczne i </w:t>
            </w:r>
            <w:r w:rsidR="00F900D4" w:rsidRPr="00BF3436">
              <w:rPr>
                <w:rFonts w:cs="Arial"/>
                <w:sz w:val="18"/>
              </w:rPr>
              <w:t>przystosowanie emocjonalne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13BAD3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przedszkole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2F43E" w14:textId="271F8234" w:rsidR="002577FA" w:rsidRPr="001812A0" w:rsidRDefault="002577FA" w:rsidP="00BF3436">
            <w:pPr>
              <w:rPr>
                <w:rFonts w:cs="Arial"/>
              </w:rPr>
            </w:pPr>
          </w:p>
        </w:tc>
      </w:tr>
      <w:tr w:rsidR="002577FA" w:rsidRPr="001812A0" w14:paraId="77119470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B7F647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Ogólne zadania i obowiązki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6FD3D7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EB4FA" w14:textId="7ED2D536" w:rsidR="002577FA" w:rsidRPr="001812A0" w:rsidRDefault="002577FA">
            <w:pPr>
              <w:rPr>
                <w:rFonts w:cs="Arial"/>
              </w:rPr>
            </w:pPr>
          </w:p>
        </w:tc>
      </w:tr>
      <w:tr w:rsidR="00BF3436" w:rsidRPr="001812A0" w14:paraId="17B85F20" w14:textId="77777777" w:rsidTr="00BF3436">
        <w:trPr>
          <w:jc w:val="center"/>
        </w:trPr>
        <w:tc>
          <w:tcPr>
            <w:tcW w:w="2411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D65E2" w14:textId="77777777" w:rsidR="00BF3436" w:rsidRPr="00BF3436" w:rsidRDefault="00BF3436" w:rsidP="0055197C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lastRenderedPageBreak/>
              <w:t>Obszar</w:t>
            </w:r>
          </w:p>
        </w:tc>
        <w:tc>
          <w:tcPr>
            <w:tcW w:w="134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3A60B3" w14:textId="77777777" w:rsidR="00BF3436" w:rsidRPr="00BF3436" w:rsidRDefault="00BF3436" w:rsidP="0055197C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Dotyczy</w:t>
            </w:r>
          </w:p>
        </w:tc>
        <w:tc>
          <w:tcPr>
            <w:tcW w:w="63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C8573" w14:textId="77777777" w:rsidR="00BF3436" w:rsidRPr="00BF3436" w:rsidRDefault="00BF3436" w:rsidP="0055197C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Opis funkcjonowania</w:t>
            </w:r>
          </w:p>
        </w:tc>
      </w:tr>
      <w:tr w:rsidR="002577FA" w:rsidRPr="001812A0" w14:paraId="14F1EAE0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7880AC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Porozumiewanie się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ED4D95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przedszkole / 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C613C9" w14:textId="794A6E07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62B9409F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CC5996" w14:textId="54CACC0D" w:rsidR="002577FA" w:rsidRPr="00BF3436" w:rsidRDefault="001812A0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Motoryka, poruszanie się i </w:t>
            </w:r>
            <w:r w:rsidR="00F900D4" w:rsidRPr="00BF3436">
              <w:rPr>
                <w:rFonts w:cs="Arial"/>
                <w:sz w:val="18"/>
              </w:rPr>
              <w:t>aktywność manualna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58A88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przedszkole / 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088B4" w14:textId="376BF4A9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2DD10974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F10EDE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Dbanie o siebie / samoobsługa / samodzielność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44532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przedszkole / 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F7464" w14:textId="36B878CA" w:rsidR="002577FA" w:rsidRPr="001812A0" w:rsidRDefault="002577FA" w:rsidP="00BF3436">
            <w:pPr>
              <w:rPr>
                <w:rFonts w:cs="Arial"/>
              </w:rPr>
            </w:pPr>
          </w:p>
        </w:tc>
      </w:tr>
      <w:tr w:rsidR="002577FA" w:rsidRPr="001812A0" w14:paraId="4AEFC85B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647AFC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Życie domowe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CEF933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3B09B2" w14:textId="0CB71AB0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7B39E475" w14:textId="77777777" w:rsidTr="00BF3436">
        <w:trPr>
          <w:trHeight w:hRule="exact" w:val="1644"/>
          <w:jc w:val="center"/>
        </w:trPr>
        <w:tc>
          <w:tcPr>
            <w:tcW w:w="241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62AF7" w14:textId="74305E3A" w:rsidR="002577FA" w:rsidRPr="00BF3436" w:rsidRDefault="00BF3436" w:rsidP="00BF3436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Relacje, życie w społeczności szkolnej i </w:t>
            </w:r>
            <w:r w:rsidR="00F900D4" w:rsidRPr="00BF3436">
              <w:rPr>
                <w:rFonts w:cs="Arial"/>
                <w:sz w:val="18"/>
              </w:rPr>
              <w:t>lokalnej</w:t>
            </w:r>
          </w:p>
        </w:tc>
        <w:tc>
          <w:tcPr>
            <w:tcW w:w="134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0B32BF" w14:textId="77777777" w:rsidR="002577FA" w:rsidRPr="00BF3436" w:rsidRDefault="00F900D4" w:rsidP="00BF3436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sz w:val="18"/>
              </w:rPr>
              <w:t>szkoła</w:t>
            </w:r>
          </w:p>
        </w:tc>
        <w:tc>
          <w:tcPr>
            <w:tcW w:w="63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6D4AD" w14:textId="56E4D05B" w:rsidR="002577FA" w:rsidRPr="001812A0" w:rsidRDefault="002577FA">
            <w:pPr>
              <w:rPr>
                <w:rFonts w:cs="Arial"/>
              </w:rPr>
            </w:pPr>
          </w:p>
        </w:tc>
      </w:tr>
    </w:tbl>
    <w:p w14:paraId="3CFB7ABB" w14:textId="77777777" w:rsidR="00505AB6" w:rsidRDefault="00505AB6" w:rsidP="00B45784">
      <w:pPr>
        <w:keepNext/>
        <w:spacing w:after="60"/>
        <w:ind w:left="-567"/>
        <w:rPr>
          <w:rFonts w:cs="Arial"/>
          <w:b/>
          <w:sz w:val="22"/>
        </w:rPr>
      </w:pPr>
    </w:p>
    <w:p w14:paraId="76FE671E" w14:textId="384539AE" w:rsidR="002577FA" w:rsidRPr="001812A0" w:rsidRDefault="00F900D4" w:rsidP="00B45784">
      <w:pPr>
        <w:keepNext/>
        <w:spacing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2. TRUDNOŚCI W REALIZACJI PROGRAMU / NAUCZANIA</w:t>
      </w:r>
    </w:p>
    <w:p w14:paraId="18C6EB9A" w14:textId="1948C0DD" w:rsidR="002577FA" w:rsidRPr="001812A0" w:rsidRDefault="001812A0" w:rsidP="00B45784">
      <w:pPr>
        <w:pStyle w:val="Instrukcja"/>
        <w:keepNext/>
        <w:spacing w:after="60"/>
        <w:ind w:left="-567" w:right="-567"/>
        <w:jc w:val="both"/>
        <w:rPr>
          <w:rFonts w:cs="Arial"/>
          <w:lang w:val="pl-PL"/>
        </w:rPr>
      </w:pPr>
      <w:r>
        <w:rPr>
          <w:rFonts w:cs="Arial"/>
          <w:lang w:val="pl-PL"/>
        </w:rPr>
        <w:t>Należy o</w:t>
      </w:r>
      <w:r w:rsidR="00F900D4" w:rsidRPr="001812A0">
        <w:rPr>
          <w:rFonts w:cs="Arial"/>
          <w:lang w:val="pl-PL"/>
        </w:rPr>
        <w:t>pisać zakres i rodzaj trudności w realizacji programu wychowania przedszkolnego albo prog</w:t>
      </w:r>
      <w:r w:rsidR="008664A9">
        <w:rPr>
          <w:rFonts w:cs="Arial"/>
          <w:lang w:val="pl-PL"/>
        </w:rPr>
        <w:t>ramów nauczania realizowanych w </w:t>
      </w:r>
      <w:r w:rsidR="00F900D4" w:rsidRPr="001812A0">
        <w:rPr>
          <w:rFonts w:cs="Arial"/>
          <w:lang w:val="pl-PL"/>
        </w:rPr>
        <w:t>oddziale; można wskazać przedmioty, sytuacje i typy zadań, które sprawiają największą trudność.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577FA" w:rsidRPr="001812A0" w14:paraId="6DC0B2F8" w14:textId="77777777" w:rsidTr="00BF3436">
        <w:trPr>
          <w:trHeight w:val="2267"/>
          <w:jc w:val="center"/>
        </w:trPr>
        <w:tc>
          <w:tcPr>
            <w:tcW w:w="102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A02710" w14:textId="77777777" w:rsidR="00505AB6" w:rsidRDefault="00F900D4">
            <w:pPr>
              <w:rPr>
                <w:rFonts w:cs="Arial"/>
                <w:sz w:val="17"/>
              </w:rPr>
            </w:pPr>
            <w:r w:rsidRPr="001812A0">
              <w:rPr>
                <w:rFonts w:cs="Arial"/>
                <w:sz w:val="17"/>
              </w:rPr>
              <w:br/>
            </w:r>
          </w:p>
          <w:p w14:paraId="45BFA8F8" w14:textId="77777777" w:rsidR="00505AB6" w:rsidRDefault="00505AB6">
            <w:pPr>
              <w:rPr>
                <w:rFonts w:cs="Arial"/>
                <w:sz w:val="17"/>
              </w:rPr>
            </w:pPr>
          </w:p>
          <w:p w14:paraId="64C21778" w14:textId="77777777" w:rsidR="00505AB6" w:rsidRDefault="00505AB6">
            <w:pPr>
              <w:rPr>
                <w:rFonts w:cs="Arial"/>
                <w:sz w:val="17"/>
              </w:rPr>
            </w:pPr>
          </w:p>
          <w:p w14:paraId="050B4D95" w14:textId="77777777" w:rsidR="00505AB6" w:rsidRDefault="00505AB6">
            <w:pPr>
              <w:rPr>
                <w:rFonts w:cs="Arial"/>
                <w:sz w:val="17"/>
              </w:rPr>
            </w:pPr>
          </w:p>
          <w:p w14:paraId="1DAC11B1" w14:textId="77777777" w:rsidR="00505AB6" w:rsidRDefault="00505AB6">
            <w:pPr>
              <w:rPr>
                <w:rFonts w:cs="Arial"/>
                <w:sz w:val="17"/>
              </w:rPr>
            </w:pPr>
          </w:p>
          <w:p w14:paraId="2249369C" w14:textId="19073D19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br/>
            </w:r>
          </w:p>
        </w:tc>
      </w:tr>
    </w:tbl>
    <w:p w14:paraId="4049D4F6" w14:textId="77777777" w:rsidR="00EA73E0" w:rsidRPr="006C6E8C" w:rsidRDefault="00EA73E0">
      <w:pPr>
        <w:spacing w:before="120" w:after="60"/>
        <w:rPr>
          <w:rFonts w:cs="Arial"/>
          <w:b/>
          <w:sz w:val="20"/>
        </w:rPr>
      </w:pPr>
    </w:p>
    <w:p w14:paraId="149ECC0F" w14:textId="6527BB50" w:rsidR="002577FA" w:rsidRPr="001812A0" w:rsidRDefault="00F900D4" w:rsidP="00B45784">
      <w:pPr>
        <w:keepNext/>
        <w:spacing w:before="12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3. DOTYCHCZASOWE DZIAŁANIA I UDZIELONA POMOC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495"/>
        <w:gridCol w:w="3061"/>
        <w:gridCol w:w="1814"/>
        <w:gridCol w:w="2835"/>
      </w:tblGrid>
      <w:tr w:rsidR="002577FA" w:rsidRPr="001812A0" w14:paraId="1AA66707" w14:textId="77777777" w:rsidTr="00BF3436">
        <w:trPr>
          <w:tblHeader/>
          <w:jc w:val="center"/>
        </w:trPr>
        <w:tc>
          <w:tcPr>
            <w:tcW w:w="24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070795" w14:textId="77777777" w:rsidR="002577FA" w:rsidRPr="00BF3436" w:rsidRDefault="00F900D4" w:rsidP="00B45784">
            <w:pPr>
              <w:keepNext/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Forma / działanie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BAB871" w14:textId="77777777" w:rsidR="002577FA" w:rsidRPr="00BF3436" w:rsidRDefault="00F900D4" w:rsidP="00B45784">
            <w:pPr>
              <w:keepNext/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Zakres</w:t>
            </w:r>
          </w:p>
        </w:tc>
        <w:tc>
          <w:tcPr>
            <w:tcW w:w="181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2B4AB" w14:textId="77777777" w:rsidR="002577FA" w:rsidRPr="00BF3436" w:rsidRDefault="00F900D4" w:rsidP="00B45784">
            <w:pPr>
              <w:keepNext/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Okres udzielania</w:t>
            </w:r>
          </w:p>
        </w:tc>
        <w:tc>
          <w:tcPr>
            <w:tcW w:w="2835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19FA5B" w14:textId="77777777" w:rsidR="002577FA" w:rsidRPr="00BF3436" w:rsidRDefault="00F900D4" w:rsidP="00B45784">
            <w:pPr>
              <w:keepNext/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Efekty</w:t>
            </w:r>
          </w:p>
        </w:tc>
      </w:tr>
      <w:tr w:rsidR="002577FA" w:rsidRPr="001812A0" w14:paraId="307E79B3" w14:textId="77777777" w:rsidTr="00BF3436">
        <w:trPr>
          <w:trHeight w:hRule="exact" w:val="1134"/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B359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D37E42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F577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EB072A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55049C1A" w14:textId="77777777" w:rsidTr="00BF3436">
        <w:trPr>
          <w:trHeight w:hRule="exact" w:val="1134"/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0F9EA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lastRenderedPageBreak/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460FE3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C3954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90186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11878328" w14:textId="77777777" w:rsidTr="00BF3436">
        <w:trPr>
          <w:trHeight w:hRule="exact" w:val="1134"/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5813D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BDB4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38E028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C2797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  <w:bookmarkStart w:id="0" w:name="_GoBack"/>
            <w:bookmarkEnd w:id="0"/>
          </w:p>
        </w:tc>
      </w:tr>
      <w:tr w:rsidR="002577FA" w:rsidRPr="001812A0" w14:paraId="267496ED" w14:textId="77777777" w:rsidTr="00BF3436">
        <w:trPr>
          <w:trHeight w:hRule="exact" w:val="1134"/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F4AF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AB6009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01A9B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95DE9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57C6EF03" w14:textId="77777777" w:rsidTr="00BF3436">
        <w:trPr>
          <w:trHeight w:hRule="exact" w:val="1134"/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ECF6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F84D7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C05892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2B56D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</w:tbl>
    <w:p w14:paraId="600A074D" w14:textId="77777777" w:rsidR="00EA73E0" w:rsidRPr="006C6E8C" w:rsidRDefault="00EA73E0">
      <w:pPr>
        <w:spacing w:before="120" w:after="60"/>
        <w:rPr>
          <w:rFonts w:cs="Arial"/>
          <w:b/>
          <w:sz w:val="20"/>
        </w:rPr>
      </w:pPr>
    </w:p>
    <w:p w14:paraId="05CC2CD2" w14:textId="56D38979" w:rsidR="002577FA" w:rsidRPr="001812A0" w:rsidRDefault="00F900D4" w:rsidP="00B45784">
      <w:pPr>
        <w:keepNext/>
        <w:spacing w:before="12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4. DOKUMEN</w:t>
      </w:r>
      <w:r w:rsidR="001812A0">
        <w:rPr>
          <w:rFonts w:cs="Arial"/>
          <w:b/>
          <w:sz w:val="22"/>
        </w:rPr>
        <w:t>TACJA DOTYCZĄCA FUNKCJONOWANIA –</w:t>
      </w:r>
      <w:r w:rsidRPr="001812A0">
        <w:rPr>
          <w:rFonts w:cs="Arial"/>
          <w:b/>
          <w:sz w:val="22"/>
        </w:rPr>
        <w:t xml:space="preserve"> JEŻELI DOTYCZY</w:t>
      </w:r>
    </w:p>
    <w:p w14:paraId="04E028E5" w14:textId="2CAAFDF0" w:rsidR="002577FA" w:rsidRPr="001812A0" w:rsidRDefault="00F900D4" w:rsidP="00B45784">
      <w:pPr>
        <w:keepNext/>
        <w:spacing w:after="40"/>
        <w:ind w:left="-567"/>
        <w:rPr>
          <w:rFonts w:cs="Arial"/>
        </w:rPr>
      </w:pPr>
      <w:r w:rsidRPr="001812A0">
        <w:rPr>
          <w:rFonts w:ascii="Segoe UI Symbol" w:hAnsi="Segoe UI Symbol" w:cs="Segoe UI Symbol"/>
        </w:rPr>
        <w:t>☐</w:t>
      </w:r>
      <w:r w:rsidRPr="001812A0">
        <w:rPr>
          <w:rFonts w:cs="Arial"/>
        </w:rPr>
        <w:t xml:space="preserve"> dziecko / uczeń o</w:t>
      </w:r>
      <w:r w:rsidR="001812A0">
        <w:rPr>
          <w:rFonts w:cs="Arial"/>
        </w:rPr>
        <w:t xml:space="preserve">bjęty kształceniem specjalnym – </w:t>
      </w:r>
      <w:r w:rsidRPr="001812A0">
        <w:rPr>
          <w:rFonts w:cs="Arial"/>
        </w:rPr>
        <w:t>dołączono aktualną WOPFU</w:t>
      </w:r>
    </w:p>
    <w:p w14:paraId="268D79F0" w14:textId="1837B1F2" w:rsidR="002577FA" w:rsidRPr="001812A0" w:rsidRDefault="00F900D4" w:rsidP="00BF3436">
      <w:pPr>
        <w:keepNext/>
        <w:spacing w:after="40"/>
        <w:ind w:left="-567" w:right="-567"/>
        <w:rPr>
          <w:rFonts w:cs="Arial"/>
        </w:rPr>
      </w:pPr>
      <w:r w:rsidRPr="001812A0">
        <w:rPr>
          <w:rFonts w:ascii="Segoe UI Symbol" w:hAnsi="Segoe UI Symbol" w:cs="Segoe UI Symbol"/>
        </w:rPr>
        <w:t>☐</w:t>
      </w:r>
      <w:r w:rsidRPr="001812A0">
        <w:rPr>
          <w:rFonts w:cs="Arial"/>
        </w:rPr>
        <w:t xml:space="preserve"> </w:t>
      </w:r>
      <w:r w:rsidRPr="00BF3436">
        <w:rPr>
          <w:rFonts w:cs="Arial"/>
          <w:spacing w:val="-2"/>
        </w:rPr>
        <w:t>dziecko / uczeń objęty zajęcia</w:t>
      </w:r>
      <w:r w:rsidR="001812A0" w:rsidRPr="00BF3436">
        <w:rPr>
          <w:rFonts w:cs="Arial"/>
          <w:spacing w:val="-2"/>
        </w:rPr>
        <w:t>mi rewalidacyjno-wychowawczymi –</w:t>
      </w:r>
      <w:r w:rsidRPr="00BF3436">
        <w:rPr>
          <w:rFonts w:cs="Arial"/>
          <w:spacing w:val="-2"/>
        </w:rPr>
        <w:t xml:space="preserve"> dołączono aktualną okresową ocenę funkcjonowania</w:t>
      </w:r>
    </w:p>
    <w:p w14:paraId="1B81FF31" w14:textId="371AA8F5" w:rsidR="00EA73E0" w:rsidRDefault="00F900D4" w:rsidP="00B45784">
      <w:pPr>
        <w:spacing w:after="80"/>
        <w:ind w:left="-567"/>
        <w:rPr>
          <w:rFonts w:cs="Arial"/>
        </w:rPr>
      </w:pPr>
      <w:r w:rsidRPr="001812A0">
        <w:rPr>
          <w:rFonts w:ascii="Segoe UI Symbol" w:hAnsi="Segoe UI Symbol" w:cs="Segoe UI Symbol"/>
        </w:rPr>
        <w:t>☐</w:t>
      </w:r>
      <w:r w:rsidRPr="001812A0">
        <w:rPr>
          <w:rFonts w:cs="Arial"/>
        </w:rPr>
        <w:t xml:space="preserve"> nie dotyczy</w:t>
      </w:r>
    </w:p>
    <w:p w14:paraId="06E43009" w14:textId="77777777" w:rsidR="00B45784" w:rsidRPr="004606D7" w:rsidRDefault="00B45784" w:rsidP="00B45784">
      <w:pPr>
        <w:spacing w:after="80"/>
        <w:ind w:left="-567"/>
        <w:rPr>
          <w:rFonts w:cs="Arial"/>
        </w:rPr>
      </w:pPr>
    </w:p>
    <w:p w14:paraId="35A3D579" w14:textId="7BC6FA6C" w:rsidR="002577FA" w:rsidRPr="001812A0" w:rsidRDefault="00F900D4" w:rsidP="00B45784">
      <w:pPr>
        <w:keepNext/>
        <w:spacing w:before="10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5. WNIOSKI DO DALSZEJ PRACY</w:t>
      </w:r>
    </w:p>
    <w:p w14:paraId="6941403F" w14:textId="16564474" w:rsidR="002577FA" w:rsidRPr="001812A0" w:rsidRDefault="001812A0" w:rsidP="00B45784">
      <w:pPr>
        <w:pStyle w:val="Instrukcja"/>
        <w:keepNext/>
        <w:spacing w:after="40"/>
        <w:ind w:left="-567"/>
        <w:rPr>
          <w:rFonts w:cs="Arial"/>
          <w:lang w:val="pl-PL"/>
        </w:rPr>
      </w:pPr>
      <w:r w:rsidRPr="001812A0">
        <w:rPr>
          <w:rFonts w:cs="Arial"/>
          <w:lang w:val="pl-PL"/>
        </w:rPr>
        <w:t>Należy w</w:t>
      </w:r>
      <w:r w:rsidR="00F900D4" w:rsidRPr="001812A0">
        <w:rPr>
          <w:rFonts w:cs="Arial"/>
          <w:lang w:val="pl-PL"/>
        </w:rPr>
        <w:t>skazać najważniejsze kierunki dalszego wsparcia mające poprawić funkcjonowanie dziecka / ucznia.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577FA" w:rsidRPr="001812A0" w14:paraId="55116CB4" w14:textId="77777777" w:rsidTr="00BF3436">
        <w:trPr>
          <w:trHeight w:val="2066"/>
          <w:jc w:val="center"/>
        </w:trPr>
        <w:tc>
          <w:tcPr>
            <w:tcW w:w="102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AA10F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br/>
            </w:r>
          </w:p>
        </w:tc>
      </w:tr>
    </w:tbl>
    <w:p w14:paraId="18840E55" w14:textId="77777777" w:rsidR="002577FA" w:rsidRPr="001812A0" w:rsidRDefault="002577FA">
      <w:pPr>
        <w:rPr>
          <w:rFonts w:cs="Arial"/>
        </w:rPr>
      </w:pPr>
    </w:p>
    <w:tbl>
      <w:tblPr>
        <w:tblStyle w:val="Tabela-Siatka"/>
        <w:tblW w:w="1017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477"/>
      </w:tblGrid>
      <w:tr w:rsidR="002577FA" w:rsidRPr="001812A0" w14:paraId="26B4DD52" w14:textId="77777777" w:rsidTr="006C6E8C">
        <w:trPr>
          <w:jc w:val="center"/>
        </w:trPr>
        <w:tc>
          <w:tcPr>
            <w:tcW w:w="26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69DA9" w14:textId="77777777" w:rsidR="002577FA" w:rsidRPr="00BF3436" w:rsidRDefault="00F900D4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Osoby sporządzające opinię</w:t>
            </w:r>
          </w:p>
        </w:tc>
        <w:tc>
          <w:tcPr>
            <w:tcW w:w="74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BEF007" w14:textId="77777777" w:rsidR="001812A0" w:rsidRDefault="001812A0">
            <w:pPr>
              <w:rPr>
                <w:rFonts w:cs="Arial"/>
                <w:sz w:val="17"/>
              </w:rPr>
            </w:pPr>
          </w:p>
          <w:p w14:paraId="1F8E0A36" w14:textId="77777777" w:rsidR="006C6E8C" w:rsidRPr="001812A0" w:rsidRDefault="006C6E8C">
            <w:pPr>
              <w:rPr>
                <w:rFonts w:cs="Arial"/>
                <w:sz w:val="17"/>
              </w:rPr>
            </w:pPr>
          </w:p>
          <w:p w14:paraId="6D7B1A82" w14:textId="5830EC08" w:rsidR="002577FA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............................................................................</w:t>
            </w:r>
            <w:r>
              <w:rPr>
                <w:rFonts w:cs="Arial"/>
                <w:sz w:val="17"/>
              </w:rPr>
              <w:t>...............................</w:t>
            </w:r>
            <w:r>
              <w:rPr>
                <w:rFonts w:cs="Arial"/>
                <w:sz w:val="17"/>
              </w:rPr>
              <w:t>..............</w:t>
            </w:r>
            <w:r>
              <w:rPr>
                <w:rFonts w:cs="Arial"/>
                <w:sz w:val="17"/>
              </w:rPr>
              <w:t>.....................</w:t>
            </w:r>
            <w:r w:rsidRPr="001812A0">
              <w:rPr>
                <w:rFonts w:cs="Arial"/>
                <w:sz w:val="17"/>
              </w:rPr>
              <w:t>............</w:t>
            </w:r>
          </w:p>
        </w:tc>
      </w:tr>
      <w:tr w:rsidR="002577FA" w:rsidRPr="001812A0" w14:paraId="05C67328" w14:textId="77777777" w:rsidTr="006C6E8C">
        <w:trPr>
          <w:jc w:val="center"/>
        </w:trPr>
        <w:tc>
          <w:tcPr>
            <w:tcW w:w="26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9B6271" w14:textId="77777777" w:rsidR="002577FA" w:rsidRPr="00BF3436" w:rsidRDefault="00F900D4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Stanowisko / funkcja</w:t>
            </w:r>
          </w:p>
        </w:tc>
        <w:tc>
          <w:tcPr>
            <w:tcW w:w="74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3B8CB9" w14:textId="77777777" w:rsidR="001812A0" w:rsidRDefault="001812A0">
            <w:pPr>
              <w:rPr>
                <w:rFonts w:cs="Arial"/>
                <w:sz w:val="17"/>
              </w:rPr>
            </w:pPr>
          </w:p>
          <w:p w14:paraId="2E4EC952" w14:textId="77777777" w:rsidR="006C6E8C" w:rsidRPr="001812A0" w:rsidRDefault="006C6E8C">
            <w:pPr>
              <w:rPr>
                <w:rFonts w:cs="Arial"/>
                <w:sz w:val="17"/>
              </w:rPr>
            </w:pPr>
          </w:p>
          <w:p w14:paraId="7B1C3FBF" w14:textId="7521BEFF" w:rsidR="002577FA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............................................................................</w:t>
            </w:r>
            <w:r>
              <w:rPr>
                <w:rFonts w:cs="Arial"/>
                <w:sz w:val="17"/>
              </w:rPr>
              <w:t>..................................................................</w:t>
            </w:r>
            <w:r w:rsidRPr="001812A0">
              <w:rPr>
                <w:rFonts w:cs="Arial"/>
                <w:sz w:val="17"/>
              </w:rPr>
              <w:t>............</w:t>
            </w:r>
          </w:p>
        </w:tc>
      </w:tr>
      <w:tr w:rsidR="002577FA" w:rsidRPr="001812A0" w14:paraId="0666A0AD" w14:textId="77777777" w:rsidTr="006C6E8C">
        <w:trPr>
          <w:jc w:val="center"/>
        </w:trPr>
        <w:tc>
          <w:tcPr>
            <w:tcW w:w="26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3C873F" w14:textId="77777777" w:rsidR="002577FA" w:rsidRPr="00BF3436" w:rsidRDefault="00F900D4">
            <w:pPr>
              <w:rPr>
                <w:rFonts w:cs="Arial"/>
                <w:sz w:val="18"/>
              </w:rPr>
            </w:pPr>
            <w:r w:rsidRPr="00BF3436">
              <w:rPr>
                <w:rFonts w:cs="Arial"/>
                <w:b/>
                <w:sz w:val="18"/>
              </w:rPr>
              <w:t>Dyrektor przedszkola / szkoły</w:t>
            </w:r>
          </w:p>
        </w:tc>
        <w:tc>
          <w:tcPr>
            <w:tcW w:w="74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B0E97" w14:textId="77777777" w:rsidR="001812A0" w:rsidRDefault="001812A0">
            <w:pPr>
              <w:rPr>
                <w:rFonts w:cs="Arial"/>
                <w:sz w:val="17"/>
              </w:rPr>
            </w:pPr>
          </w:p>
          <w:p w14:paraId="2588FBA1" w14:textId="77777777" w:rsidR="006C6E8C" w:rsidRDefault="006C6E8C">
            <w:pPr>
              <w:rPr>
                <w:rFonts w:cs="Arial"/>
                <w:sz w:val="17"/>
              </w:rPr>
            </w:pPr>
          </w:p>
          <w:p w14:paraId="132A0657" w14:textId="77777777" w:rsidR="006C6E8C" w:rsidRDefault="006C6E8C">
            <w:pPr>
              <w:rPr>
                <w:rFonts w:cs="Arial"/>
                <w:sz w:val="17"/>
              </w:rPr>
            </w:pPr>
          </w:p>
          <w:p w14:paraId="4E41E995" w14:textId="77777777" w:rsidR="006C6E8C" w:rsidRDefault="006C6E8C">
            <w:pPr>
              <w:rPr>
                <w:rFonts w:cs="Arial"/>
                <w:sz w:val="17"/>
              </w:rPr>
            </w:pPr>
          </w:p>
          <w:p w14:paraId="51AAD8E3" w14:textId="77777777" w:rsidR="006C6E8C" w:rsidRDefault="006C6E8C">
            <w:pPr>
              <w:rPr>
                <w:rFonts w:cs="Arial"/>
                <w:sz w:val="17"/>
              </w:rPr>
            </w:pPr>
          </w:p>
          <w:p w14:paraId="224F5B8D" w14:textId="77777777" w:rsidR="006C6E8C" w:rsidRDefault="006C6E8C">
            <w:pPr>
              <w:rPr>
                <w:rFonts w:cs="Arial"/>
                <w:sz w:val="17"/>
              </w:rPr>
            </w:pPr>
          </w:p>
          <w:p w14:paraId="5977F6F4" w14:textId="77777777" w:rsidR="006C6E8C" w:rsidRDefault="006C6E8C">
            <w:pPr>
              <w:rPr>
                <w:rFonts w:cs="Arial"/>
                <w:sz w:val="17"/>
              </w:rPr>
            </w:pPr>
          </w:p>
          <w:p w14:paraId="6A49DA76" w14:textId="77777777" w:rsidR="006C6E8C" w:rsidRPr="001812A0" w:rsidRDefault="006C6E8C">
            <w:pPr>
              <w:rPr>
                <w:rFonts w:cs="Arial"/>
                <w:sz w:val="17"/>
              </w:rPr>
            </w:pPr>
          </w:p>
          <w:p w14:paraId="121D3AD4" w14:textId="398CF60F" w:rsidR="002577FA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............................................................................</w:t>
            </w:r>
            <w:r>
              <w:rPr>
                <w:rFonts w:cs="Arial"/>
                <w:sz w:val="17"/>
              </w:rPr>
              <w:t>..................................................................</w:t>
            </w:r>
            <w:r w:rsidRPr="001812A0">
              <w:rPr>
                <w:rFonts w:cs="Arial"/>
                <w:sz w:val="17"/>
              </w:rPr>
              <w:t>............</w:t>
            </w:r>
            <w:r w:rsidR="00F900D4" w:rsidRPr="001812A0">
              <w:rPr>
                <w:rFonts w:cs="Arial"/>
                <w:sz w:val="17"/>
              </w:rPr>
              <w:br/>
              <w:t>(</w:t>
            </w:r>
            <w:r>
              <w:rPr>
                <w:rFonts w:cs="Arial"/>
                <w:sz w:val="17"/>
              </w:rPr>
              <w:t xml:space="preserve">pieczątka i </w:t>
            </w:r>
            <w:r w:rsidR="00F900D4" w:rsidRPr="001812A0">
              <w:rPr>
                <w:rFonts w:cs="Arial"/>
                <w:sz w:val="17"/>
              </w:rPr>
              <w:t>podpis</w:t>
            </w:r>
            <w:r>
              <w:rPr>
                <w:rFonts w:cs="Arial"/>
                <w:sz w:val="17"/>
              </w:rPr>
              <w:t xml:space="preserve"> dyrektora</w:t>
            </w:r>
            <w:r w:rsidR="00F900D4" w:rsidRPr="001812A0">
              <w:rPr>
                <w:rFonts w:cs="Arial"/>
                <w:sz w:val="17"/>
              </w:rPr>
              <w:t>)</w:t>
            </w:r>
          </w:p>
        </w:tc>
      </w:tr>
    </w:tbl>
    <w:p w14:paraId="2A2EAF2B" w14:textId="77777777" w:rsidR="00F900D4" w:rsidRPr="001812A0" w:rsidRDefault="00F900D4">
      <w:pPr>
        <w:rPr>
          <w:rFonts w:cs="Arial"/>
        </w:rPr>
      </w:pPr>
    </w:p>
    <w:sectPr w:rsidR="00F900D4" w:rsidRPr="001812A0" w:rsidSect="006C6E8C">
      <w:pgSz w:w="11906" w:h="16838"/>
      <w:pgMar w:top="567" w:right="1417" w:bottom="993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07C1"/>
    <w:rsid w:val="0015074B"/>
    <w:rsid w:val="001812A0"/>
    <w:rsid w:val="00204ABD"/>
    <w:rsid w:val="002577FA"/>
    <w:rsid w:val="0029639D"/>
    <w:rsid w:val="00326F90"/>
    <w:rsid w:val="004606D7"/>
    <w:rsid w:val="00505AB6"/>
    <w:rsid w:val="006C6E8C"/>
    <w:rsid w:val="008664A9"/>
    <w:rsid w:val="00AA1D8D"/>
    <w:rsid w:val="00B45784"/>
    <w:rsid w:val="00B47730"/>
    <w:rsid w:val="00BF3436"/>
    <w:rsid w:val="00CB0664"/>
    <w:rsid w:val="00EA73E0"/>
    <w:rsid w:val="00F843FB"/>
    <w:rsid w:val="00F900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D16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eastAsia="Arial" w:hAnsi="Arial"/>
      <w:sz w:val="19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rial" w:eastAsia="Arial" w:hAnsi="Arial"/>
      <w:i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eastAsia="Arial" w:hAnsi="Arial"/>
      <w:sz w:val="19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rial" w:eastAsia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225928-4978-4BEC-AF16-BE1C2898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Dell</cp:lastModifiedBy>
  <cp:revision>2</cp:revision>
  <cp:lastPrinted>2026-09-15T14:52:00Z</cp:lastPrinted>
  <dcterms:created xsi:type="dcterms:W3CDTF">2026-09-16T12:41:00Z</dcterms:created>
  <dcterms:modified xsi:type="dcterms:W3CDTF">2026-09-16T12:41:00Z</dcterms:modified>
</cp:coreProperties>
</file>